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עיתון ספרותי לדוגמה - כנפיים (בדידות ושייכות)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העיתון הספרותי השיתופי על פי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שירי ביאליק, רחל וטשרניחובסקי עוסקים בבדידות ובשייכות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בניתוח שירה: סמל, מוטיב, ניגוד, דימוי, שאלה רטורית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חיים נחמן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טשרניחובסקי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ריאיון עם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גם מחסה וגם שבר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הכתבה מציינת שזו פנייה ישירה ובקשה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בכתבה המרכזית ובטור הדעה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הכיתוב אומר שרוב השירים נמצאים דווקא באמצע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הטענה המרכזית של הטור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ממשיך לחפש כי בלי החיפוש לא יהיה לו לאן להשתייך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נמלה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מולדתו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(הכנף השבורה בשיר לבדי)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(צר עולמי כעולם נמלה)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(השאלות החוזרות בשיר זמר נוגה)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(הכנף החוזרת בשני שירי ביאליק)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 שנשאר לבד הוא גם מי שנשאר שייך)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גם מחסה לדובר וגם עדות לשבר - שני דברים הפוכים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אצל ביאליק השייכות כרוכה בכאב ובמחסה שבור, אצל רחל היא נבנית מתוך צמצום וכנות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מנומקת, המתייחסת לדימוי הנמלה ולרעיון הצמצום מתוך 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 ותשובה המתאימות לנושא הגעגוע והשאלות הרטוריות כלפי אהוב 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תלמיד.ה מזהה שסמל הוא ייצוג רעיון, ומדגים עם הכנף השבורה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תלמיד.ה מצטט או מתאר נכון דימוי כמו הנמלה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תלמיד.ה מבין שבדידות ושייכות קשורות זו בזו - מי שמדבר לבד מדבר גם אל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קטעים נבחרים מהכתבות בקול רם לפני התרגול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שהתלמידים לא מצטטים יותר משמונה מילים ברצף מהשירים המקוריים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עיתון ספרותי לדוגמה - כנפיים (בדידות ושייכות)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עיתון לדוגמה בשם כנפיים. בעיתון יש כתבות על שירים של שלושה משוררים: ביאליק, רחל וטשרניחובסקי. כל השירים מדברים על בדידות ועל שייכות. בדף הזה נתרגל את מה שקראנו.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שמייצג רעיון גדול יותר, למשל כנף שמייצגת גם הגנה וגם שבר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מוטיב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או תמונה שחוזרים כמה פעמים ביצירה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דברים הפוכים שמופיעים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במילים כמו 'כמו' או 'כ'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רטורית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שלא מצפים לתשובה עליה, אלא להדגשת רגש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תחקיר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שבודקת נושא לעומק ומביאה ממצאים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 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שבה הכותב מביע עמדה אישית ומנמק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שכתובה כיומן אישי, לרוב בגוף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המשורר של 'לבדי'?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שאול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יונתן 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כתבה את השורה על הנמלה?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ליה מ.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המשורר שכתב על נוף מולדת?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 א.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יש שיחה מדומיינת עם הדובר של 'לבדי'?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תחקיר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ריאיון עם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מייצגת הכנף השבורה?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מחסה וגם 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היא סתם פרט בשיר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'הכניסיני תחת כנפך' הדובר פונה ישירות אל הנמענת ומבקש ממנה מחסה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ב'זמר נוגה' רחל פונה אל אהוב רחוק באמצעות שאלות רטוריות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האינפוגרפיקה 'מפת הכנפיים', רוב השירים נמצאים בקצה 'לבד לגמרי'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בטור הדעה טוענת ליה שהדימוי של הנמלה מבטא כנות ולא רק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המסע, הדובר מפסיק לחפש את הארץ כי הוא כבר מצא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ב'לבדי', הדובר נשאר תחת כנפה השבורה של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רחל כותבת: 'צר עולמי כעולם ה__________'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טשרניחובסקי, האדם אינו אלא תבנית נוף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העיתון הספרותי לדוגמה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נושא הגיליון של העיתון הוא בדידות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הכנף החוזרת בשני שירי ביאליק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שנשאר לבד הוא גם מי שנשאר שייך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הכנף השבורה בשיר לבדי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השאלות החוזרות בשיר זמר נוגה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צר עולמי כעולם נמלה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או שניים מדוע הכנף השבורה נחשבת לסמל כפול בשיר 'לבדי'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הדרך שבה ביאליק מתאר שייכות לבין הדרך שרחל מתארת אותה, לפי הכתבה?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אתם מסכימים עם ליה שדימוי הנמלה מבטא כנות ולא קטנות? נמקו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ריאיון קצר עם הדוברת של השיר 'זמר נוגה'. כתבו שתי שאלות ותשובה אחת מפי הדוברת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סמל, ואיך הוא בא לידי ביטוי בשיר 'לבדי'?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לדימוי מתוך השירים שקראנו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המסקנה המשותפת של שלושת המשוררים, לפי סיום הכתבה המרכזית?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עיתון ספרותי לדוגמה - כנפיים (בדידות ושייכות)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