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עיתון ספרותי לדוגמה - כנפיים (בדידות ושייכות)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העיתון הספרותי השיתופי על פי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שירי ביאליק, רחל וטשרניחובסקי עוסקים בבדידות ובשייכות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בניתוח שירה: סמל, מוטיב, ניגוד, דימוי, שאלה רטורית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חיים נחמן ביאליק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רחל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הכתבה מציינת שזו פנייה ישירה ובקשה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בכתבה המרכזית ובטור הדעה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נמלה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מולדתו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(הכנף השבורה בשיר לבדי)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(צר עולמי כעולם נמלה)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(השאלות החוזרות בשיר זמר נוגה)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(הכנף החוזרת בשני שירי ביאליק)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היא גם מחסה לדובר וגם עדות לשבר - שני דברים הפוכים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מנומקת, המתייחסת לדימוי הנמלה ולרעיון הצמצום מתוך כנות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תלמיד.ה מזהה שסמל הוא ייצוג רעיון, ומדגים עם הכנף השבורה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תלמיד.ה מצטט או מתאר נכון דימוי כמו הנמלה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תלמיד.ה מבין שבדידות ושייכות קשורות זו בזו - מי שמדבר לבד מדבר גם אל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קטעים נבחרים מהכתבות בקול רם לפני התרגול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שהתלמידים לא מצטטים יותר משמונה מילים ברצף מהשירים המקוריים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עיתון ספרותי לדוגמה - כנפיים (בדידות ושייכות)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קראתם גיליון לדוגמה של עיתון ספרותי בשם כנפיים, שעוסק בשירי בדידות ושייכות של ביאליק, רחל וטשרניחובסקי. בדף זה נתרגל את התוכן שלו - לא להעתיק, אלא להבין איך בנויות הכתבות ומה הן אומרות על השירים.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מולדתו  ·  נמלה  ·  שכינה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כתב את השיר 'לבדי'?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שאול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הדימוי 'צר עולמי כעולם נמלה' מופיע בשיר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רחל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'הכניסיני תחת כנפך' הדובר פונה ישירות אל הנמענת ומבקש ממנה מחסה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ב'זמר נוגה' רחל פונה אל אהוב רחוק באמצעות שאלות רטוריות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ב'לבדי', הדובר נשאר תחת כנפה השבורה של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רחל כותבת: 'צר עולמי כעולם ה__________'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לפי טשרניחובסקי, האדם אינו אלא תבנית נוף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צר עולמי כעולם נמלה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הכנף השבורה בשיר לבדי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הכנף החוזרת בשני שירי ביאליק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מוטיב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השאלות החוזרות בשיר זמר נוגה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או שניים מדוע הכנף השבורה נחשבת לסמל כפול בשיר 'לבדי'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האם אתם מסכימים עם ליה שדימוי הנמלה מבטא כנות ולא קטנות? נמקו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סמל, ואיך הוא בא לידי ביטוי בשיר 'לבדי'?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לדימוי מתוך השירים שקראנו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עיתון ספרותי לדוגמה - כנפיים (בדידות ושייכות)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